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مسرحية للأطفال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81055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