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التعدد اللساني واللغة الجامعة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060121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التعدد اللساني/ اللسان العربي الجامع/ التعدد اللغوي/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