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الصحافة المكتوبة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الصحافة المكتوبة/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