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البحوث الجامعية باللغة العربية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البحوث اللغوية/ الجامعة الجزائرية/ الدراسات الجامعية/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