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البرمجيات التطبيقية باللغة العربية: خطوات نحو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جداول، صور، أشكال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9789961795538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البرمجيات العربية/ الحكومة الإلكترونية/ الإدارة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