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العلاقات العامة في تحسين صورة المؤسسة دراسة حالة شركة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بوحامي وفاء/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الجمهور/ الإعلان/ الرأي العام/ الصورة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