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 الجزائري نحو المنتجات الجديدة دراسة ميدانية لمدينة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بوالفول بدر الدين/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المنتجات الجديدة/ اتخاد قرار الشراء/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