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تقييم أداء العاملين في تدعيم أداء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بدر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الجودة الشاملة/ تقييم الأداء/ تحسين عناصر الأداء/ إعادة الهندسة/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