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المؤسسة و تأثيرها على سلوك المستهلك دراسة حالة الشركة الجزائرية للإتصالات أوريدو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طالب صوفيا/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صورة المؤسسة/ مؤسسة اوريدو/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