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السعر على سلوك المستهلك  دراسة حالة عينة من المركز الجامعي لميلة-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سوايح فاتح/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المستهلك/ السعر/ المزيج التسويقي/ العوامل المؤثرة في تحديد السعر/ طرق تحديد السعر/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