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تكنولوجيا الإعلام والإتصال في تطوير خدمات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لعرابة كنزة/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اتصالات الجزائر/ تكنولوجيا الإعلام و الاتصال/ الهاتف المحمول و استخدماته/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