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بين النظرية والتطبيق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بلميلي إبراهيم/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الشبكات/ الإدارة الإلكترونية/ تجارب الدول في الحكومة الإلكترونية/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