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الترويج بالهدايا والمسابقات على سلوك المستهلك :دراسة حالة المستهلك بمدينة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بوالصيود عماد الدين/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الترويج/ المزيج الترويجي/ آلية الاتصال الترويجي/ استراتيجيات الترويج/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