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الترويج في ترقية المبيعات : دراسة حالة -إتصالات الجزائر-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قندولي أمينة/ بنون خير الدين(مشرفا)/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33056111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التسويق/ المزيج الترويجي/ المزيج التسويقي/ زيادة المبيعات/ وظائف التسويق/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