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التوزيع وأثرها في ترقية مبيعات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بوزنقة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الاستراتيجية/ قنوات التوزيع/ سياسة التوزيع/ المنافسة و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