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 ودوره في تحسين أداء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جوامبي أحمد/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نظام المعلومات/ نظام المعلومات التسويقية/ ماهية الأداء/ إدارة الأداء المتميز/ الأنشطة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