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مراقبة المخزون وآليات تسييره وفقا للنظام المحاسبي المالي -دراسة ميدانية لوحدة سوناريك بفرجيوة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حمادة سمير/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المخزون/ المعالجة المحاسبية/ النظام المحاسبي المالي الجديد/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