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القروض المصغرة في البنوك التجارية بين الضمانات والأخطار :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زواغي محمد/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المشاريع الصغيرة/ القروض المصغرة/ ماهية القروض/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