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الرقابة البنكية على منح القروض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الساسي إيمان/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الرقابة المصرفية/ القروض المصرفية/ الرقابة البنكية/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