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Planification d'un problème d'ordonnancement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Lebcir Souad/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méthodes/ optimisation/ problèmes/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