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Planification d'un problème du transport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Arfi Merieme/ Zaidi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Dualité/ Formulations/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