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recherch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aoui Warda/ Fadel Wahid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simulation/ Théori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