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الضريبي الجزائري وتحديات الإصلاح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بشكيط بسمة/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الإصلاح الإقتصادي/ الضريبة/ النظام الضريبي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