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Lapproche bayesienne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Menai Nesrine/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Vraisemblances-/ bayésienne/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