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Boucherma Meriem/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Lois/ binomial/ stats/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