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zete de riemann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Benchaoui Marwa/ Khalfaoui Mohamed(encadereur)/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Gamma/ Séries/ Dirichlet/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