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solution singulière de problème mele pour le bilaplacien dans un polygone plan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Bouhaloufa Roukia/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calculs/ La géométrie/ polygone/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