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de 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Benmerzoug Nour El Houda/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groupes/ Topologies/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