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line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ouira Hal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sembles/ optimis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