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جودة خدمات النقل الحضري بمدينة ميلة  دراسة حالة مديرية النقل 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بريك ياسمين/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الخدمة/ رضا الزبون/ المؤسسات الخدمية/ مؤسسات النقل/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