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تدريب الموارد البشرية في تحسين جودة المنتوج داخل المؤسسة : دراسة ميدانية في مؤسسة هنكل للمنظفات وحدة شلغوم العيد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قارون جهاد/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التدريب/ المنتوج/ المعايير العلمية للتدريب/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