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الصندوق الوطني للسكن في تمويل السكن الريفي : دراسة حالة وكالة الصندوق الوطني للسكن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بودويرة أمينة/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السكن/ السياسة السكنية  في الجزائر/ التمويل السكني/ الصندوق الوطني للسكن/ تمويل السكن الريفي/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