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bornés dans un 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Boulemdaoud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Théorie/ Bases/ Hilbret/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