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intégrales multi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bel Djou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faces/ Intégrales doub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