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Chaine de markov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Kenida Akila/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probabilité/ Converge/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