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آليات الرقابة الجبائية في الجزائر ودورها في التقليل من ظاهرة الغش الضريبي :دراسة حالة مفتشية الضرائب فرجيوة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بوحناش شافية/ حراق مصباح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33064911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الضريبة/ الرقابة الجبائية/ الغش الضريبي/ النظام الضريبي الجزائري/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