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إبرام ومتابعة الصفقات العمومية في الجزائر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عياشي حميدة/ هبول محمد(مشرفا)/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196ص.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33062511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الرقابة/ الاقتصاد/ الصفقات العمومية/ الجماعات المحلية/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