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Programation quadratique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Belgherib Nassima/ BAICHE Kanzia encadreur ,FADEL Wahida Président; BEN AOUICHA Lobna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Convexes/ gradient/ projection/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