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Présentation générale de la méthode de KARMARKAR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Damak Feriel/ Benaouicha Loubna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optimisation/ Hilbert/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