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problèmes d'évolutions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Bouhroud Ibtissam/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Théoréme/ -Formulation/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