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ème de b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kine Hayat/ Boudjerida Nadjet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sembles/ Baire/ Banach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