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Theorie spectrale des operateurs non bornes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Kheloufi Aicha/ Ahmed yahia Rakia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borné/ adjoints/ compacts/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