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d'une ontologie gérée par un web service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Djoudi Abdelhakim/ Abderazek samira Président,Zekiouk mounira Examinateur,Deffas Zineb Encadreur,/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Ontologie/ Web service/ web Service sémantique/ domaine médicale/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