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web pour une agence de voyage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Mechitoua Amal/ Aissa BOULMARKA Président; Ali LALOUCI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Conception et realization/ application web/ une agence de voyage/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