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إمكانية تطبيق الإدارة الإلكترونية في الجامعات الجزائرية : حالة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ناموس وافية/ ،غيشي عبد العالي(رئيسا)، هولي فرحات(مناقشا)،سنوسي أسامة(مشرفا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الإدارة الإلكترونية/ الإدارة الجامعية/ تكنولوجيا المعلومات./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