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إنضمام الجزائر للمنظمة العالمية للتجارة على قطاع المحروقات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بوشليطة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الإصلاحات الإقتصادية/ قطاع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