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الإقتصادية الإقليمية وعلاقتها بحرية التجارة في إطار المنظمة العالمية للتجارة -منطقة التجارة الحرة العربية الكبرى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تحرير التجارة/ التكتلات الإقليمية/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