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تأثير إنضمام الجزائر إلى المنظمة العالمية للتجارة على المنظومة المصرفية الجزائرية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عولميت بشرى/ بولعراس سفيان(مشرفا)/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33068411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التجارة الخارجية/ المنظمة العالمية للتجارة/ تجارة الخدمات المالية/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