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حوكمة الشركات في تعزيز القرارات الإدارية : دراسة حالة مؤسسة سوناريك بوحدة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زماموش جازية/ أبوبكر بوسالم(مشرفا)/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حوكمة الشركات/ الإفصاح والشفافية/ الشركات الجزائرية/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