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site web dynamique pour la gestion du laboratoire de recherche melilab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Benzehra Sara/ Afri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Web/ Analyse et spécification des besoins/ UML et processus up/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